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«Градостроительное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"ГРАДОСТРОИТЕЛЬНОЕ УПРАВЛЕНИЕ" (подробнее) ООО "Строй-маркет" (подробнее) Ответчики: ООО Строй-Маркет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