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«Интегрита»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 КОМПАНИЯ "ИНТЕГРИТА" (подробнее) Ответчики: Межрайонная инспекция Федеральной налоговой службы №17 по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