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«Сеть-ПК»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"СЕТЬ-ПК" (подробнее) Ответчики: ООО "ГДК Баимская"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