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«Балтийское морское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"БАЛТИЙСКОЕ МОРСКОЕ ПАРОХОДСТВО" (подробнее) Ответчики: Балтийская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