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06.08.2024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процессуальным законом пресекательного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Николаевой Ольги Владимировны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