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Алданову Имамшамилю Биякаевичу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