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Марий Эл «Марийскавтодор»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