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30.07.2024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обществу с ограниченной ответственностью «МИХЕЛЬКОМ»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