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Булкину Артему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