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МЕЖМУНИЦИПАЛЬНЫЙ ОТДЕЛ МИНИСТЕРСТВА ВНУТРЕННИХ ДЕЛ РОССИЙСКОЙ ФЕДЕРАЦИИ "КАНДАЛАКШСКИЙ"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