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 Першутов Суд: Верховный Суд РФ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