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Курочкиной Валентине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