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«Восточная верфь»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