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23.05.2024,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конкурсного управляющего акционерного общества «Группа Компаний «Энерголаб» Цуканова Александра Николаевича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Д. 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