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Главный специалист-эксперт ТО по ГФЗ Севастополю МУ Роспотребнадзора по РК и г. Севастополю Швецов А.А. (подробнее) Иные лица: МЕЖРЕГИОНАЛЬНОЕ УПРАВЛЕНИЕ ФЕДЕРАЛЬНОЙ СЛУЖБЫ ПО НАДЗОРУ В СФЕРЕ ЗАЩИТЫ ПРАВ ПОТРЕБИТЕЛЕЙ И БЛАГОПОЛУЧИЯ ЧЕЛОВЕКА ПО РЕСПУБЛИКЕ КРЫМ И ГОРОДУ ФЕДЕРАЛЬНОГО ЗНАЧЕНИЯ СЕВАСТОПОЛЮ (подробнее) Специалист-эксперт ТО по ГФЗ Севастополю МУ Роспотребнадзора по РК и ГФЗ Севастополю Швецова А.А.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