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Мищенко Антону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