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Мелега Галине Дмитриевне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