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Румянцеву Никите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