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Иркутскому акционерному обществу энергетики и электрификации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Иркутское энергетики и электрификации "Иркутскэнерго" (подробнее) Ответчики: Енисейское управление Федеральной службы по экологическому, технологическому и атомному надзору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