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«С.В.Т.С. Сервис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