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Министерства Российской Федерации по делам гражданской обороны, чрезвычайным ситуациям и ликвидации последствий стихийных бедствий по Ханты-Мансийскому автономному округу - Югре в 2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