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Средне-Поволжскому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