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"Торговая компания "Континиум" (подробнее) Ответчики: Межрайонная инспекция Федеральной налоговой службы №14 по Самарской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