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Казиеву Алексею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