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Мотову Виктору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