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"НТЦ СИНЕРГИЯ" (подробнее) ООО представитель "НТЦ Синергия" (подробнее) Ответчики: Санкт-Петербургская таможня (подробнее) Иные лица: ООО "МедЛайн"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