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«РусГидро»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ПАО "Федеральная гидрогенерирующая компания - Русгидро" (подробнее) Ответчики: ООО "Телекор"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