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«Квадра-Генерирующая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"Квадра-Генерирующая компания" (подробнее) ПАО "Квадра- Генерирующая компания" (подробнее) Ответчики: Межрегиональное технологическое управление Федеральной службы по экологическому, технологическому и атомному надзору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