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"ТрансТайм" (подробнее) Ответчики: федеральное казенное учреждение "Исправительная колония №1 Главного управления Федеральной службы исполнения наказаний по Нижегородской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