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«Племзавод им. Ленина»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"ЗАВОД ПО ПЕРЕРАБОТКЕ ПИВНОЙ ДРОБИНЫ" (подробнее) Ответчики: ООО "ПЛЕМЗАВОД ИМ. ЛЕНИНА"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