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«Блеск»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"Блеск" (подробнее) Ответчики: Заместитель начальника Мифнс №9 по Ск Кучер Н Ю (подробнее) МИФНС России №9 по СК (подробнее) Иные лица: Межрайонная инспекция Федеральной налоговой службы №9 по Ставропольскому краю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