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17 Главного управления Федеральной службы исполнения наказаний по Нижегородской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федеральное казенное учреждение "Исправительная колония №17 Главного управления Федеральной службы исполнения наказаний по Нижегородской области" (подробнее) ФКУ ИК-17 ГУФСИН России по Нижегородской области (подробнее) Ответчики: федеральное казенное учреждение "Лечебное исправительное учреждение №3 Главного управления Федеральной службы исполнения наказаний по Нижегородской области"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