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«Стрэйн»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"СТРЭЙН" (подробнее) Ответчики: Инспекция Федеральной налоговой службы по Железнодорожному району г. Пензы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