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Краснодарскому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Росреестра по КК (подробнее) Управление Федеральной службы государственной регистрации, кадастра и картографии по Краснодарскому краю (подробнее) Ответчики: Арбитражный управляющий Павлушин Константин Сергеевич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