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«Салаватстекло»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"САЛАВАТСТЕКЛО" (подробнее) Ответчики: Федеральная антимонопольная служба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