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«Уссурийск-Электросеть»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"УССУРИЙСК-ЭЛЕКТРОСЕТЬ" (подробнее) Ответчики: Управление Федеральной антимонопольной службы по Приморскому краю (подробнее) Иные лица: Арбитражный суд Дальневосточного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