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«Альфа-Групп»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 Першутов Суд: Верховный Суд РФ (подробнее) Истцы: ООО "Альфа Групп" (подробнее) Ответчики: ООО "МИАЛ" (подробнее) ООО "СИСТЕМЫ АВТОМАТИЗАЦИИ ПРЕДПРИЯТИЙ" (подробнее) Иные лица: ООО Ликвидатор "АЛЬФА-ГРУПП" Габова Л.С. (подробнее) ООО "Экспертиза и Оценка" (подробнее) ООО "ЭКСПЕРТНОЕ АГЕНТСТВО" "ВИТА"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