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здравоохранения Тульской области «Центр детской психоневрологии»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ГУЗ Тульской области "Центр детской психоневрологии" (подробнее) Ответчики: Территориальный Фонд обязательного медицинского страхования Тульской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