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«Кубаньжелдормаш»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ОАО "Российские железные дороги" (подробнее) Ответчики: ООО "ТОРГОВЫЙ ДОМ "КУБАНЬЖЕЛДОРМАШ"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