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КОМПАНИЯ "СОБРАНИЕ" (подробнее) Ответчики: Государственная жилищная инспекция Санкт-Петербурга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