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ветеринарной службе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БЛАГОТВОРИТЕЛЬНЫЙ ФОНД ПОМОЩИ ЖИВОТНЫМ "ЯРКОТ" (подробнее) Ответчики: Департамент ветеринарии Ярославской области (подробнее) Судьи дела: Иваненко Ю.Г. (судья) (подробнее) Последние документы по делу: Определение от 24 июля 2024 г. по делу № А82-12426/2021 Определение от 9 июля 2024 г. по делу № А82-12426/2021 Определение от 21 февраля 2024 г. по делу № А82-12426/2021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