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«Проектно Строительно Монтажная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ГРУППА КОМПАНИЙ "СТРОИТЕЛЬНОЕ УПРАВЛЕНИЕ-555" (подробнее) Ответчики: ООО "ПРОЕКТНО СТРОИТЕЛЬНО МОНТАЖНАЯ КОМПАНИЯ"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