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Советского района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Администрация Советского района Республики Крым (подробнее) Ответчики: ООО "СПЕЦСТРОЙСЕРВИС-К"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