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«Новоком»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"Новоком" (подробнее) Ответчики: Инспекция Федеральной налоговой службы по г. Новороссийску Краснодарского края (подробнее) Управление Федеральной налоговой службы по Краснодарскому краю (подробнее) Иные лица: ИФНС по г. Новороссийску КК (подробнее) ФНС России Управление по Краснодарскому краю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