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диагностики Сканлит»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Центр диагностики Сканлит (подробнее) Ответчики: ГКУ Управление дорожного хозяйства РБ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