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«Медицинская клиника Хэлси Нэйшн»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Территориальный фонд обязательного медицинского страхования Республики Дагестан (подробнее) Ответчики: ООО "МЕДИЦИНСКАЯ КЛИНИКА ХЭЛСИ НЭЙШН" (подробнее) Иные лица: ООО "Даггидроспецстрой"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