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исполнения наказаний по Кировской области (подробнее) Ответчики: ООО "Бсв-Групп"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