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Банку ВТБ (публичное акционерное общество)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