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лужба дост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