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объединение «Уфанефтегазмаш»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"НАУЧНО-ПРОИЗВОДСТВЕННОЕ ОБЪЕДИНЕНИЕ "УФАНЕФТЕГАЗМАШ" (подробнее) Ответчики: ООО "ДС-ИНЖИНИРИНГ" (подробнее) Иные лица: ООО "НТ Вэлв"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